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מְדַלֶּגֶת בַּהַפְסָקָה - שְׁוָא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לקרוא נכון את המילה מְדַלֶּגֶת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סימן הניקוד שְׁוָא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אוצר מילים על הפסקה ומשחק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ילדה שעושה דילוגים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בהפסקה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שווא הוא סימן של שתי נקודות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מדלגת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כחולה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(קופצת בחבל)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(זמן בין שיעורים)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(עם הרבה צבעים)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בניית הפירמידה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קוראים הברה ראשונה: דַּ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מוסיפים הברה: דַּלֶ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קוראים את המילה השלמה: מְדַלֶּגֶת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הילדה מדלגת בחבל בהפסקה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הסבר פשוט על סימן השווא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שהילדה מדלגת/קופצת בחבל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מילה נכונה עם ניקוד שווא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המילה מְדַלֶּגֶת בקול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לתרגל קריאה בקול בזוגות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השאלות המסומנות כקשות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מְדַלֶּגֶת בַּהַפְסָקָה - שְׁוָא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לקרוא את המילה מְדַלֶּגֶת, שבה יש שְׁוָא, ונכיר מילים נוספות מהפירמידה כמו סָלָט צִבְעוֹנִי ומִטְרִיָּה כְּחֻלָּה.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מדלגת  ·  כחולה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פירוש המילה מְדַלֶּגֶת?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ילדה שישנה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ילדה שעושה דילוגים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ילדה שאוכלת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מתי הילדה מדלגת?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בבוקר מוקדם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בהפסקה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בלילה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שְׁוָא הוא סימן ניקוד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הילדה __________ בחבל בהפסקה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המטריה בדוגמה היא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מְדַלֶּגֶת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עם הרבה צבעים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הַפְסָקָה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קופצת בחבל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צִבְעוֹנִי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זמן בין שיעורים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בניית הפירמידה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קוראים את המילה השלמה: מְדַלֶּגֶת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קוראים הברה ראשונה: דַּ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מוסיפים הברה: דַּלֶ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משפט אחד עם המילה מְדַלֶּגֶת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זה שְׁוָא?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עושה הילדה בהפסקה?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מְדַלֶּגֶת בַּהַפְסָקָה - שְׁוָא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