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מְדַלֶּגֶת בַּהַפְסָקָה - שְׁוָא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נכון את המילה מְדַלֶּגֶת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סימן הניקוד שְׁוָא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על הפסקה ומשחק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ילדה שעושה דילוגים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בהפסקה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שְׁוָא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כחולה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מדלגת זה לעשות דילוגים, לא לרוץ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שווא הוא סימן של שתי נקודות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היא מדלגת בהפסקה, לא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כתוב סָלָט צִבְעוֹנִי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מדלגת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צבעוני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כחולה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שווא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(קופצת בחבל)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(זמן בין שיעורים)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(עם הרבה צבעים)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(צבע של השמיים)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בניית הפירמידה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הברה ראשונה: דַּ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מוסיפים הברה: דַּלֶ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מוסיפים עוד הברה: דַּלֶּגֶת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קוראים את המילה השלמה: מְדַלֶּגֶת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הילדה מדלגת בחבל בהפסקה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פשוט על סימן השווא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שהילדה מדלגת/קופצת בחבל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נכונה עם ניקוד שווא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המילה מְדַלֶּגֶת בקול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קריאה בקול בזוגות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השאלות המסומנות כקשות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מְדַלֶּגֶת בַּהַפְסָקָה - שְׁוָא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נלמד לקרוא את המילה מדלגת. נלמד מה זה שווא.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שְׁוָא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ניקוד קטן של שתי נקודות, בלי תנועה או עם תנועה קצרה מאוד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מְדַלֶּגֶת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ילדה שעושה דילוגים, למשל בחבל קפיצה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הַפְסָקָה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הזמן בין שיעור לשיעור בבית הספר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פִּירָמִידָה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צורה שבונים אותה שורה שורה, קטנה בהתחלה וגדלה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צִבְעוֹנִי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עם הרבה צבעים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מִטְרִיָּה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שמגן מהגשם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מדלגת?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ילדה שישנה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ילדה שעושה דילוגים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ילדה שאוכלת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ילדה שקוראת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היא קופצת?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בבוקר מוקדם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קוראים לסימן הקטן במילה?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פתח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שְׁוָא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חיריק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צבע המטריה?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אדומה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כחולה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צהובה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מְדַלֶּגֶת פירושו ילד שרץ מהר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שְׁוָא הוא סימן ניקוד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הילדה בדף מדלגת בתוך הכיתה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הסלט בדוגמה הוא צבעוני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הילדה __________ בחבל בהפסקה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הסלט בדוגמה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המטריה בדוגמה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הוא סימן של שתי נקודות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מְדַלֶּגֶת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זמן בין שיעורים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הַפְסָקָה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צבע של השמיים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צִבְעוֹנִי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קופצת בחבל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כְּחֻלָּה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עם הרבה צבעים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בניית הפירמידה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עוד הברה: דַּלֶּגֶת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הברה ראשונה: דַּ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הברה: דַּלֶ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המילה השלמה: מְדַלֶּגֶת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עם המילה מְדַלֶּגֶת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שְׁוָא?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עושה הילדה בהפסקה?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מְדַלֶּגֶת בַּהַפְסָקָה - שְׁוָא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