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מְדַלֶּגֶת בַּהַפְסָקָה - שְׁוָא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נכון את המילה מְדַלֶּגֶת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סימן הניקוד שְׁוָא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על הפסקה ומשחק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ילדה שעושה דילוגים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שְׁוָא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כחולה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מדלגת זה לעשות דילוגים, לא לרוץ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שווא הוא סימן של שתי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מדלגת בהפסקה, לא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סָלָט צִבְעוֹנִי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מדלגת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צבעוני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(קופצת בחבל)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(זמן בין שיעורים)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(עם הרבה צבעים)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(צבע של השמיים)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בניית הפירמידה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הברה ראשונה: דַּ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הברה: דַּלֶ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עוד הברה: דַּלֶּגֶת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המילה השלמה: מְדַלֶּגֶת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הילדה מדלגת בחבל בהפסקה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פשוט על סימן השווא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שהילדה מדלגת/קופצת בחבל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נכונה עם ניקוד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המילה מְדַלֶּגֶת בקול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קריאה בקול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מְדַלֶּגֶת בַּהַפְסָקָה - שְׁוָא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לקרוא את המילה מְדַלֶּגֶת, שבה יש שְׁוָא, ונכיר מילים נוספות מהפירמידה כמו סָלָט צִבְעוֹנִי ומִטְרִיָּה כְּחֻלָּה.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מְדַלֶּגֶת?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ילדה שישנה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ילדה שעושה דילוגים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ילדה שאוכלת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ילדה שקוראת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הילדה מדלגת?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בבוקר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סימן ניקוד יש במילה מְדַלֶּגֶת?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שְׁוָא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צבע המטריה בדוגמה?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מְדַלֶּגֶת פירושו ילד שרץ מהר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שְׁוָא הוא סימן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הילדה בדף מדלגת בתוך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הסלט בדוגמה הוא צבעוני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__________ בחבל בהפסקה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הסלט בדוגמה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המטריה בדוגמה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סימן של שתי נקודות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מְדַלֶּגֶת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עם הרבה צבעים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הַפְסָקָה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צבע של 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צִבְעוֹנִי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זמן בין שיעורים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כְּחֻלָּה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קופצת בחבל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בניית הפירמידה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הברה: דַּלֶ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השלמה: מְדַלֶּגֶת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הברה ראשונה: דַּ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עוד הברה: דַּלֶּגֶת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מְדַלֶּגֶת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שְׁוָא?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הילדה בהפסקה?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מְדַלֶּגֶת בַּהַפְסָקָה - שְׁוָא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